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1782A" w14:textId="0360ED80" w:rsidR="008C08DE" w:rsidRPr="00F570E0" w:rsidRDefault="00287554" w:rsidP="008C08DE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570E0">
        <w:rPr>
          <w:rFonts w:ascii="Arial" w:hAnsi="Arial" w:cs="Arial"/>
          <w:b/>
          <w:sz w:val="24"/>
          <w:szCs w:val="24"/>
        </w:rPr>
        <w:t xml:space="preserve">St Andrews Students’ Association </w:t>
      </w:r>
      <w:r w:rsidR="00FB58FF" w:rsidRPr="00F570E0">
        <w:rPr>
          <w:rFonts w:ascii="Arial" w:hAnsi="Arial" w:cs="Arial"/>
          <w:b/>
          <w:sz w:val="24"/>
          <w:szCs w:val="24"/>
        </w:rPr>
        <w:t xml:space="preserve"> </w:t>
      </w:r>
    </w:p>
    <w:p w14:paraId="718D9232" w14:textId="47655DA1" w:rsidR="003C7580" w:rsidRPr="00F570E0" w:rsidRDefault="00C35784" w:rsidP="008C08D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F570E0">
        <w:rPr>
          <w:rFonts w:ascii="Arial" w:hAnsi="Arial" w:cs="Arial"/>
          <w:b/>
          <w:sz w:val="24"/>
          <w:szCs w:val="24"/>
        </w:rPr>
        <w:t>CASUAL WORKER</w:t>
      </w:r>
      <w:r w:rsidR="00287554" w:rsidRPr="00F570E0">
        <w:rPr>
          <w:rFonts w:ascii="Arial" w:hAnsi="Arial" w:cs="Arial"/>
          <w:b/>
          <w:sz w:val="24"/>
          <w:szCs w:val="24"/>
        </w:rPr>
        <w:t xml:space="preserve"> </w:t>
      </w:r>
      <w:r w:rsidR="00FB58FF" w:rsidRPr="00F570E0">
        <w:rPr>
          <w:rFonts w:ascii="Arial" w:hAnsi="Arial" w:cs="Arial"/>
          <w:b/>
          <w:sz w:val="24"/>
          <w:szCs w:val="24"/>
        </w:rPr>
        <w:t>TERMINATION / OPT-</w:t>
      </w:r>
      <w:r w:rsidR="00CA08F0">
        <w:rPr>
          <w:rFonts w:ascii="Arial" w:hAnsi="Arial" w:cs="Arial"/>
          <w:b/>
          <w:sz w:val="24"/>
          <w:szCs w:val="24"/>
        </w:rPr>
        <w:t xml:space="preserve"> </w:t>
      </w:r>
      <w:r w:rsidR="00FB58FF" w:rsidRPr="00F570E0">
        <w:rPr>
          <w:rFonts w:ascii="Arial" w:hAnsi="Arial" w:cs="Arial"/>
          <w:b/>
          <w:sz w:val="24"/>
          <w:szCs w:val="24"/>
        </w:rPr>
        <w:t>OUT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D7B94" w:rsidRPr="00F570E0" w14:paraId="5F1D1830" w14:textId="77777777" w:rsidTr="00D1103C">
        <w:tc>
          <w:tcPr>
            <w:tcW w:w="10343" w:type="dxa"/>
          </w:tcPr>
          <w:p w14:paraId="7178B5D1" w14:textId="77777777" w:rsidR="009D7B94" w:rsidRPr="00F570E0" w:rsidRDefault="009D7B94" w:rsidP="00C4680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70E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Employee/Worker Name: </w:t>
            </w:r>
          </w:p>
          <w:p w14:paraId="05D53349" w14:textId="5CA1B2D7" w:rsidR="00C46803" w:rsidRPr="00F570E0" w:rsidRDefault="00C46803" w:rsidP="00C4680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7B94" w:rsidRPr="00F570E0" w14:paraId="7CB0BF87" w14:textId="77777777" w:rsidTr="00D1103C">
        <w:tc>
          <w:tcPr>
            <w:tcW w:w="10343" w:type="dxa"/>
          </w:tcPr>
          <w:p w14:paraId="4DE43490" w14:textId="77777777" w:rsidR="009D7B94" w:rsidRPr="00F570E0" w:rsidRDefault="009D7B94" w:rsidP="00C46803">
            <w:pPr>
              <w:rPr>
                <w:rFonts w:ascii="Arial" w:hAnsi="Arial" w:cs="Arial"/>
                <w:sz w:val="24"/>
                <w:szCs w:val="24"/>
              </w:rPr>
            </w:pPr>
            <w:r w:rsidRPr="00F570E0">
              <w:rPr>
                <w:rFonts w:ascii="Arial" w:hAnsi="Arial" w:cs="Arial"/>
                <w:sz w:val="24"/>
                <w:szCs w:val="24"/>
              </w:rPr>
              <w:t xml:space="preserve">Department: </w:t>
            </w:r>
          </w:p>
          <w:p w14:paraId="7A35CAC4" w14:textId="4256BE7E" w:rsidR="00C46803" w:rsidRPr="00F570E0" w:rsidRDefault="00C46803" w:rsidP="00C4680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7B94" w:rsidRPr="00F570E0" w14:paraId="4B239814" w14:textId="77777777" w:rsidTr="00D1103C">
        <w:tc>
          <w:tcPr>
            <w:tcW w:w="10343" w:type="dxa"/>
          </w:tcPr>
          <w:p w14:paraId="0364FDBB" w14:textId="77777777" w:rsidR="009D7B94" w:rsidRDefault="009D7B94" w:rsidP="00C46803">
            <w:pPr>
              <w:rPr>
                <w:rFonts w:ascii="Arial" w:hAnsi="Arial" w:cs="Arial"/>
                <w:sz w:val="24"/>
                <w:szCs w:val="24"/>
              </w:rPr>
            </w:pPr>
            <w:r w:rsidRPr="00F570E0">
              <w:rPr>
                <w:rFonts w:ascii="Arial" w:hAnsi="Arial" w:cs="Arial"/>
                <w:sz w:val="24"/>
                <w:szCs w:val="24"/>
              </w:rPr>
              <w:t>Address to receive P45:</w:t>
            </w:r>
          </w:p>
          <w:p w14:paraId="7CE4D0F9" w14:textId="77777777" w:rsidR="00F570E0" w:rsidRDefault="00F570E0" w:rsidP="00C46803">
            <w:pPr>
              <w:rPr>
                <w:rFonts w:ascii="Arial" w:hAnsi="Arial" w:cs="Arial"/>
                <w:sz w:val="24"/>
                <w:szCs w:val="24"/>
              </w:rPr>
            </w:pPr>
          </w:p>
          <w:p w14:paraId="20B58E74" w14:textId="77777777" w:rsidR="00F570E0" w:rsidRDefault="00F570E0" w:rsidP="00C46803">
            <w:pPr>
              <w:rPr>
                <w:rFonts w:ascii="Arial" w:hAnsi="Arial" w:cs="Arial"/>
                <w:sz w:val="24"/>
                <w:szCs w:val="24"/>
              </w:rPr>
            </w:pPr>
          </w:p>
          <w:p w14:paraId="1BC86211" w14:textId="77777777" w:rsidR="00F570E0" w:rsidRPr="00F570E0" w:rsidRDefault="00F570E0" w:rsidP="00C46803">
            <w:pPr>
              <w:rPr>
                <w:rFonts w:ascii="Arial" w:hAnsi="Arial" w:cs="Arial"/>
                <w:sz w:val="24"/>
                <w:szCs w:val="24"/>
              </w:rPr>
            </w:pPr>
          </w:p>
          <w:p w14:paraId="23B0A7D7" w14:textId="14D6C031" w:rsidR="00C46803" w:rsidRPr="00F570E0" w:rsidRDefault="00C46803" w:rsidP="00C4680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7B94" w:rsidRPr="00F570E0" w14:paraId="63A904B8" w14:textId="77777777" w:rsidTr="00D1103C">
        <w:tc>
          <w:tcPr>
            <w:tcW w:w="10343" w:type="dxa"/>
          </w:tcPr>
          <w:p w14:paraId="7E40E108" w14:textId="77777777" w:rsidR="009D7B94" w:rsidRPr="00F570E0" w:rsidRDefault="009D7B94" w:rsidP="00C46803">
            <w:pPr>
              <w:rPr>
                <w:rFonts w:ascii="Arial" w:hAnsi="Arial" w:cs="Arial"/>
                <w:sz w:val="24"/>
                <w:szCs w:val="24"/>
              </w:rPr>
            </w:pPr>
            <w:r w:rsidRPr="00F570E0">
              <w:rPr>
                <w:rFonts w:ascii="Arial" w:hAnsi="Arial" w:cs="Arial"/>
                <w:sz w:val="24"/>
                <w:szCs w:val="24"/>
              </w:rPr>
              <w:t xml:space="preserve">Manager: </w:t>
            </w:r>
          </w:p>
          <w:p w14:paraId="7648D890" w14:textId="375EB7D1" w:rsidR="00C46803" w:rsidRPr="00F570E0" w:rsidRDefault="00C46803" w:rsidP="00C4680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7B94" w:rsidRPr="00F570E0" w14:paraId="05D5744C" w14:textId="77777777" w:rsidTr="00D1103C">
        <w:tc>
          <w:tcPr>
            <w:tcW w:w="10343" w:type="dxa"/>
          </w:tcPr>
          <w:p w14:paraId="707A5842" w14:textId="2C3469F9" w:rsidR="009D7B94" w:rsidRPr="00F570E0" w:rsidRDefault="009D7B94" w:rsidP="00C46803">
            <w:pPr>
              <w:rPr>
                <w:rFonts w:ascii="Arial" w:hAnsi="Arial" w:cs="Arial"/>
                <w:sz w:val="24"/>
                <w:szCs w:val="24"/>
              </w:rPr>
            </w:pPr>
            <w:r w:rsidRPr="00F570E0">
              <w:rPr>
                <w:rFonts w:ascii="Arial" w:hAnsi="Arial" w:cs="Arial"/>
                <w:sz w:val="24"/>
                <w:szCs w:val="24"/>
              </w:rPr>
              <w:t>Date of Request</w:t>
            </w:r>
            <w:r w:rsidR="00F570E0" w:rsidRPr="00F570E0">
              <w:rPr>
                <w:rFonts w:ascii="Arial" w:hAnsi="Arial" w:cs="Arial"/>
                <w:sz w:val="24"/>
                <w:szCs w:val="24"/>
              </w:rPr>
              <w:t xml:space="preserve"> (dd/mm/yy)</w:t>
            </w:r>
            <w:r w:rsidRPr="00F570E0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14:paraId="72536EFA" w14:textId="0BBF573B" w:rsidR="00C46803" w:rsidRPr="00F570E0" w:rsidRDefault="00C46803" w:rsidP="00C4680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7B94" w:rsidRPr="00F570E0" w14:paraId="3D820C26" w14:textId="77777777" w:rsidTr="00D1103C">
        <w:tc>
          <w:tcPr>
            <w:tcW w:w="10343" w:type="dxa"/>
          </w:tcPr>
          <w:p w14:paraId="31EB684A" w14:textId="77777777" w:rsidR="009D7B94" w:rsidRPr="00F570E0" w:rsidRDefault="009D7B94" w:rsidP="00C46803">
            <w:pPr>
              <w:rPr>
                <w:rFonts w:ascii="Arial" w:hAnsi="Arial" w:cs="Arial"/>
                <w:sz w:val="24"/>
                <w:szCs w:val="24"/>
              </w:rPr>
            </w:pPr>
            <w:r w:rsidRPr="00F570E0">
              <w:rPr>
                <w:rFonts w:ascii="Arial" w:hAnsi="Arial" w:cs="Arial"/>
                <w:sz w:val="24"/>
                <w:szCs w:val="24"/>
              </w:rPr>
              <w:t>I hereby confirm that I wish to terminate my Casual Worker Agreement and cease being engaged as a casual worker with the organisation.</w:t>
            </w:r>
          </w:p>
          <w:p w14:paraId="6773922E" w14:textId="77777777" w:rsidR="00C46803" w:rsidRPr="00F570E0" w:rsidRDefault="00C46803" w:rsidP="00C46803">
            <w:pPr>
              <w:rPr>
                <w:rFonts w:ascii="Arial" w:hAnsi="Arial" w:cs="Arial"/>
                <w:sz w:val="24"/>
                <w:szCs w:val="24"/>
              </w:rPr>
            </w:pPr>
          </w:p>
          <w:p w14:paraId="68DB3B62" w14:textId="0C837BC7" w:rsidR="00C46803" w:rsidRPr="00F570E0" w:rsidRDefault="00C46803" w:rsidP="00C46803">
            <w:pPr>
              <w:rPr>
                <w:rFonts w:ascii="Arial" w:hAnsi="Arial" w:cs="Arial"/>
                <w:sz w:val="24"/>
                <w:szCs w:val="24"/>
              </w:rPr>
            </w:pPr>
            <w:r w:rsidRPr="00F570E0">
              <w:rPr>
                <w:rFonts w:ascii="Arial" w:hAnsi="Arial" w:cs="Arial"/>
                <w:sz w:val="24"/>
                <w:szCs w:val="24"/>
              </w:rPr>
              <w:t>Worker Signature:</w:t>
            </w:r>
          </w:p>
        </w:tc>
      </w:tr>
      <w:tr w:rsidR="009D7B94" w:rsidRPr="00F570E0" w14:paraId="5042DC12" w14:textId="77777777" w:rsidTr="00D1103C">
        <w:tc>
          <w:tcPr>
            <w:tcW w:w="10343" w:type="dxa"/>
          </w:tcPr>
          <w:p w14:paraId="580CAD8F" w14:textId="592D6E5B" w:rsidR="009D7B94" w:rsidRPr="00F570E0" w:rsidRDefault="009D7B94" w:rsidP="00C46803">
            <w:pPr>
              <w:rPr>
                <w:rFonts w:ascii="Arial" w:hAnsi="Arial" w:cs="Arial"/>
                <w:sz w:val="24"/>
                <w:szCs w:val="24"/>
              </w:rPr>
            </w:pPr>
            <w:r w:rsidRPr="00F570E0">
              <w:rPr>
                <w:rFonts w:ascii="Arial" w:hAnsi="Arial" w:cs="Arial"/>
                <w:sz w:val="24"/>
                <w:szCs w:val="24"/>
              </w:rPr>
              <w:t>Requested Final Working Da</w:t>
            </w:r>
            <w:r w:rsidR="00A96295" w:rsidRPr="00F570E0">
              <w:rPr>
                <w:rFonts w:ascii="Arial" w:hAnsi="Arial" w:cs="Arial"/>
                <w:sz w:val="24"/>
                <w:szCs w:val="24"/>
              </w:rPr>
              <w:t>te (dd/mm/yy)</w:t>
            </w:r>
            <w:r w:rsidRPr="00F570E0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14:paraId="0858C323" w14:textId="28C2DCB2" w:rsidR="00C46803" w:rsidRPr="00F570E0" w:rsidRDefault="00C46803" w:rsidP="00C4680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7B94" w:rsidRPr="00F570E0" w14:paraId="46ACEDCB" w14:textId="77777777" w:rsidTr="00D1103C">
        <w:tc>
          <w:tcPr>
            <w:tcW w:w="10343" w:type="dxa"/>
          </w:tcPr>
          <w:p w14:paraId="20CF74C9" w14:textId="77777777" w:rsidR="009D7B94" w:rsidRPr="00F570E0" w:rsidRDefault="009D7B94" w:rsidP="00C46803">
            <w:pPr>
              <w:rPr>
                <w:rFonts w:ascii="Arial" w:hAnsi="Arial" w:cs="Arial"/>
                <w:sz w:val="24"/>
                <w:szCs w:val="24"/>
              </w:rPr>
            </w:pPr>
            <w:r w:rsidRPr="00F570E0">
              <w:rPr>
                <w:rFonts w:ascii="Arial" w:hAnsi="Arial" w:cs="Arial"/>
                <w:sz w:val="24"/>
                <w:szCs w:val="24"/>
              </w:rPr>
              <w:t>Reason for leaving (optional):</w:t>
            </w:r>
          </w:p>
          <w:p w14:paraId="635C51FD" w14:textId="77777777" w:rsidR="00744A1F" w:rsidRPr="00F570E0" w:rsidRDefault="00744A1F" w:rsidP="00C46803">
            <w:pPr>
              <w:rPr>
                <w:rFonts w:ascii="Arial" w:hAnsi="Arial" w:cs="Arial"/>
                <w:sz w:val="24"/>
                <w:szCs w:val="24"/>
              </w:rPr>
            </w:pPr>
          </w:p>
          <w:p w14:paraId="22CEC527" w14:textId="77777777" w:rsidR="00744A1F" w:rsidRPr="00F570E0" w:rsidRDefault="00744A1F" w:rsidP="00C46803">
            <w:pPr>
              <w:rPr>
                <w:rFonts w:ascii="Arial" w:hAnsi="Arial" w:cs="Arial"/>
                <w:sz w:val="24"/>
                <w:szCs w:val="24"/>
              </w:rPr>
            </w:pPr>
          </w:p>
          <w:p w14:paraId="30018DE2" w14:textId="77777777" w:rsidR="00C46803" w:rsidRPr="00F570E0" w:rsidRDefault="00C46803" w:rsidP="00C4680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7B94" w:rsidRPr="00F570E0" w14:paraId="09C2FF9B" w14:textId="77777777" w:rsidTr="00D1103C">
        <w:tc>
          <w:tcPr>
            <w:tcW w:w="10343" w:type="dxa"/>
            <w:shd w:val="clear" w:color="auto" w:fill="D9D9D9" w:themeFill="background1" w:themeFillShade="D9"/>
          </w:tcPr>
          <w:p w14:paraId="4C08D43D" w14:textId="77777777" w:rsidR="009D7B94" w:rsidRPr="00F570E0" w:rsidRDefault="009D7B94" w:rsidP="00C4680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70E0">
              <w:rPr>
                <w:rFonts w:ascii="Arial" w:hAnsi="Arial" w:cs="Arial"/>
                <w:b/>
                <w:bCs/>
                <w:sz w:val="24"/>
                <w:szCs w:val="24"/>
              </w:rPr>
              <w:t>Worker Declaration</w:t>
            </w:r>
          </w:p>
        </w:tc>
      </w:tr>
      <w:tr w:rsidR="009D7B94" w:rsidRPr="00F570E0" w14:paraId="2D9DE260" w14:textId="77777777" w:rsidTr="00D1103C">
        <w:tc>
          <w:tcPr>
            <w:tcW w:w="10343" w:type="dxa"/>
          </w:tcPr>
          <w:p w14:paraId="13572291" w14:textId="77777777" w:rsidR="009D7B94" w:rsidRPr="00F570E0" w:rsidRDefault="009D7B94" w:rsidP="00C46803">
            <w:pPr>
              <w:rPr>
                <w:rFonts w:ascii="Arial" w:hAnsi="Arial" w:cs="Arial"/>
                <w:sz w:val="24"/>
                <w:szCs w:val="24"/>
              </w:rPr>
            </w:pPr>
            <w:r w:rsidRPr="00F570E0">
              <w:rPr>
                <w:rFonts w:ascii="Arial" w:hAnsi="Arial" w:cs="Arial"/>
                <w:sz w:val="24"/>
                <w:szCs w:val="24"/>
              </w:rPr>
              <w:t>I confirm that this request is made voluntarily and that I understand my casual worker engagement will end on the agreed date.</w:t>
            </w:r>
          </w:p>
          <w:p w14:paraId="1E38B69C" w14:textId="77777777" w:rsidR="003C149F" w:rsidRPr="00F570E0" w:rsidRDefault="003C149F" w:rsidP="00C46803">
            <w:pPr>
              <w:rPr>
                <w:rFonts w:ascii="Arial" w:hAnsi="Arial" w:cs="Arial"/>
                <w:sz w:val="24"/>
                <w:szCs w:val="24"/>
              </w:rPr>
            </w:pPr>
          </w:p>
          <w:p w14:paraId="18D48FD0" w14:textId="00C23A2B" w:rsidR="00C46803" w:rsidRPr="00F570E0" w:rsidRDefault="003C149F" w:rsidP="00C46803">
            <w:pPr>
              <w:rPr>
                <w:rFonts w:ascii="Arial" w:hAnsi="Arial" w:cs="Arial"/>
                <w:sz w:val="24"/>
                <w:szCs w:val="24"/>
              </w:rPr>
            </w:pPr>
            <w:r w:rsidRPr="00F570E0">
              <w:rPr>
                <w:rFonts w:ascii="Arial" w:hAnsi="Arial" w:cs="Arial"/>
                <w:sz w:val="24"/>
                <w:szCs w:val="24"/>
              </w:rPr>
              <w:t>Worker Signature:</w:t>
            </w:r>
          </w:p>
        </w:tc>
      </w:tr>
      <w:tr w:rsidR="009D7B94" w:rsidRPr="00F570E0" w14:paraId="38E63574" w14:textId="77777777" w:rsidTr="00D1103C">
        <w:tc>
          <w:tcPr>
            <w:tcW w:w="10343" w:type="dxa"/>
          </w:tcPr>
          <w:p w14:paraId="697D35CA" w14:textId="77777777" w:rsidR="009D7B94" w:rsidRPr="00F570E0" w:rsidRDefault="009D7B94" w:rsidP="00C46803">
            <w:pPr>
              <w:rPr>
                <w:rFonts w:ascii="Arial" w:hAnsi="Arial" w:cs="Arial"/>
                <w:sz w:val="24"/>
                <w:szCs w:val="24"/>
              </w:rPr>
            </w:pPr>
            <w:r w:rsidRPr="00F570E0">
              <w:rPr>
                <w:rFonts w:ascii="Arial" w:hAnsi="Arial" w:cs="Arial"/>
                <w:sz w:val="24"/>
                <w:szCs w:val="24"/>
              </w:rPr>
              <w:t>Print Name:</w:t>
            </w:r>
          </w:p>
          <w:p w14:paraId="6B9471FF" w14:textId="0DABBD16" w:rsidR="00C46803" w:rsidRPr="00F570E0" w:rsidRDefault="00C46803" w:rsidP="00C4680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7B94" w:rsidRPr="00F570E0" w14:paraId="1E52008C" w14:textId="77777777" w:rsidTr="00D1103C">
        <w:tc>
          <w:tcPr>
            <w:tcW w:w="10343" w:type="dxa"/>
          </w:tcPr>
          <w:p w14:paraId="1E55996C" w14:textId="6A3BAE88" w:rsidR="009D7B94" w:rsidRPr="00F570E0" w:rsidRDefault="009D7B94" w:rsidP="00C46803">
            <w:pPr>
              <w:rPr>
                <w:rFonts w:ascii="Arial" w:hAnsi="Arial" w:cs="Arial"/>
                <w:sz w:val="24"/>
                <w:szCs w:val="24"/>
              </w:rPr>
            </w:pPr>
            <w:r w:rsidRPr="00F570E0">
              <w:rPr>
                <w:rFonts w:ascii="Arial" w:hAnsi="Arial" w:cs="Arial"/>
                <w:sz w:val="24"/>
                <w:szCs w:val="24"/>
              </w:rPr>
              <w:t>Date</w:t>
            </w:r>
            <w:r w:rsidR="00B13417">
              <w:rPr>
                <w:rFonts w:ascii="Arial" w:hAnsi="Arial" w:cs="Arial"/>
                <w:sz w:val="24"/>
                <w:szCs w:val="24"/>
              </w:rPr>
              <w:t xml:space="preserve"> (dd/mm/yy)</w:t>
            </w:r>
            <w:r w:rsidRPr="00F570E0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14:paraId="729D79AE" w14:textId="1081C086" w:rsidR="00C46803" w:rsidRPr="00F570E0" w:rsidRDefault="00C46803" w:rsidP="00C4680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7B94" w:rsidRPr="00F570E0" w14:paraId="52ADBB52" w14:textId="77777777" w:rsidTr="0046771E">
        <w:tc>
          <w:tcPr>
            <w:tcW w:w="10343" w:type="dxa"/>
            <w:shd w:val="clear" w:color="auto" w:fill="D9D9D9" w:themeFill="background1" w:themeFillShade="D9"/>
          </w:tcPr>
          <w:p w14:paraId="4AEBC9E9" w14:textId="0C987612" w:rsidR="009D7B94" w:rsidRPr="0046771E" w:rsidRDefault="009D7B94" w:rsidP="00C4680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771E">
              <w:rPr>
                <w:rFonts w:ascii="Arial" w:hAnsi="Arial" w:cs="Arial"/>
                <w:b/>
                <w:bCs/>
                <w:sz w:val="24"/>
                <w:szCs w:val="24"/>
              </w:rPr>
              <w:t>Manager</w:t>
            </w:r>
            <w:r w:rsidR="0046771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46771E">
              <w:rPr>
                <w:rFonts w:ascii="Arial" w:hAnsi="Arial" w:cs="Arial"/>
                <w:b/>
                <w:bCs/>
                <w:sz w:val="24"/>
                <w:szCs w:val="24"/>
              </w:rPr>
              <w:t>Approval</w:t>
            </w:r>
          </w:p>
        </w:tc>
      </w:tr>
      <w:tr w:rsidR="009D7B94" w:rsidRPr="00F570E0" w14:paraId="63901DE5" w14:textId="77777777" w:rsidTr="00D1103C">
        <w:tc>
          <w:tcPr>
            <w:tcW w:w="10343" w:type="dxa"/>
          </w:tcPr>
          <w:p w14:paraId="762F9D88" w14:textId="77777777" w:rsidR="009D7B94" w:rsidRPr="00F570E0" w:rsidRDefault="009D7B94" w:rsidP="00C46803">
            <w:pPr>
              <w:rPr>
                <w:rFonts w:ascii="Arial" w:hAnsi="Arial" w:cs="Arial"/>
                <w:sz w:val="24"/>
                <w:szCs w:val="24"/>
              </w:rPr>
            </w:pPr>
            <w:r w:rsidRPr="00F570E0">
              <w:rPr>
                <w:rFonts w:ascii="Arial" w:hAnsi="Arial" w:cs="Arial"/>
                <w:sz w:val="24"/>
                <w:szCs w:val="24"/>
              </w:rPr>
              <w:t xml:space="preserve">Approved By: </w:t>
            </w:r>
          </w:p>
          <w:p w14:paraId="6DF82429" w14:textId="5CC38BC0" w:rsidR="00C46803" w:rsidRPr="00F570E0" w:rsidRDefault="00C46803" w:rsidP="00C4680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7B94" w:rsidRPr="00F570E0" w14:paraId="3507B031" w14:textId="77777777" w:rsidTr="00D1103C">
        <w:tc>
          <w:tcPr>
            <w:tcW w:w="10343" w:type="dxa"/>
          </w:tcPr>
          <w:p w14:paraId="00AACC5A" w14:textId="77777777" w:rsidR="009D7B94" w:rsidRPr="00F570E0" w:rsidRDefault="009D7B94" w:rsidP="00C46803">
            <w:pPr>
              <w:rPr>
                <w:rFonts w:ascii="Arial" w:hAnsi="Arial" w:cs="Arial"/>
                <w:sz w:val="24"/>
                <w:szCs w:val="24"/>
              </w:rPr>
            </w:pPr>
            <w:r w:rsidRPr="00F570E0">
              <w:rPr>
                <w:rFonts w:ascii="Arial" w:hAnsi="Arial" w:cs="Arial"/>
                <w:sz w:val="24"/>
                <w:szCs w:val="24"/>
              </w:rPr>
              <w:t>Signature:</w:t>
            </w:r>
          </w:p>
          <w:p w14:paraId="2AD7D4B3" w14:textId="54D531FF" w:rsidR="00C46803" w:rsidRPr="00F570E0" w:rsidRDefault="00C46803" w:rsidP="00C4680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7B94" w:rsidRPr="00F570E0" w14:paraId="119A982A" w14:textId="77777777" w:rsidTr="00D1103C">
        <w:tc>
          <w:tcPr>
            <w:tcW w:w="10343" w:type="dxa"/>
          </w:tcPr>
          <w:p w14:paraId="2708C135" w14:textId="0F5EEAE0" w:rsidR="009D7B94" w:rsidRPr="00F570E0" w:rsidRDefault="009D7B94" w:rsidP="00C46803">
            <w:pPr>
              <w:rPr>
                <w:rFonts w:ascii="Arial" w:hAnsi="Arial" w:cs="Arial"/>
                <w:sz w:val="24"/>
                <w:szCs w:val="24"/>
              </w:rPr>
            </w:pPr>
            <w:r w:rsidRPr="00F570E0">
              <w:rPr>
                <w:rFonts w:ascii="Arial" w:hAnsi="Arial" w:cs="Arial"/>
                <w:sz w:val="24"/>
                <w:szCs w:val="24"/>
              </w:rPr>
              <w:t>Date</w:t>
            </w:r>
            <w:r w:rsidR="00B13417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CA08F0">
              <w:rPr>
                <w:rFonts w:ascii="Arial" w:hAnsi="Arial" w:cs="Arial"/>
                <w:sz w:val="24"/>
                <w:szCs w:val="24"/>
              </w:rPr>
              <w:t>dd/mm/yy)</w:t>
            </w:r>
            <w:r w:rsidRPr="00F570E0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14:paraId="02FF277D" w14:textId="11EBD709" w:rsidR="00C46803" w:rsidRPr="00F570E0" w:rsidRDefault="00C46803" w:rsidP="00C4680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21C55DE" w14:textId="30B6769F" w:rsidR="003C7580" w:rsidRPr="00F570E0" w:rsidRDefault="003C7580" w:rsidP="003C149F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3C7580" w:rsidRPr="00F570E0" w:rsidSect="00920FC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111A2" w14:textId="77777777" w:rsidR="00FA527B" w:rsidRDefault="00FA527B" w:rsidP="008C08DE">
      <w:pPr>
        <w:spacing w:after="0" w:line="240" w:lineRule="auto"/>
      </w:pPr>
      <w:r>
        <w:separator/>
      </w:r>
    </w:p>
  </w:endnote>
  <w:endnote w:type="continuationSeparator" w:id="0">
    <w:p w14:paraId="5BC481A7" w14:textId="77777777" w:rsidR="00FA527B" w:rsidRDefault="00FA527B" w:rsidP="008C0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84BA1" w14:textId="77777777" w:rsidR="00FA527B" w:rsidRDefault="00FA527B" w:rsidP="008C08DE">
      <w:pPr>
        <w:spacing w:after="0" w:line="240" w:lineRule="auto"/>
      </w:pPr>
      <w:r>
        <w:separator/>
      </w:r>
    </w:p>
  </w:footnote>
  <w:footnote w:type="continuationSeparator" w:id="0">
    <w:p w14:paraId="5BADF5B4" w14:textId="77777777" w:rsidR="00FA527B" w:rsidRDefault="00FA527B" w:rsidP="008C0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E53CB" w14:textId="70C303F0" w:rsidR="008C08DE" w:rsidRDefault="008C08DE" w:rsidP="00920FCE">
    <w:pPr>
      <w:pStyle w:val="Header"/>
      <w:jc w:val="right"/>
    </w:pPr>
    <w:r>
      <w:rPr>
        <w:noProof/>
      </w:rPr>
      <w:drawing>
        <wp:inline distT="0" distB="0" distL="0" distR="0" wp14:anchorId="339C6062" wp14:editId="3FC4822E">
          <wp:extent cx="1028700" cy="533400"/>
          <wp:effectExtent l="0" t="0" r="0" b="0"/>
          <wp:docPr id="7650131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8804429">
    <w:abstractNumId w:val="8"/>
  </w:num>
  <w:num w:numId="2" w16cid:durableId="442916972">
    <w:abstractNumId w:val="6"/>
  </w:num>
  <w:num w:numId="3" w16cid:durableId="832070758">
    <w:abstractNumId w:val="5"/>
  </w:num>
  <w:num w:numId="4" w16cid:durableId="1993682129">
    <w:abstractNumId w:val="4"/>
  </w:num>
  <w:num w:numId="5" w16cid:durableId="2058311474">
    <w:abstractNumId w:val="7"/>
  </w:num>
  <w:num w:numId="6" w16cid:durableId="1742292117">
    <w:abstractNumId w:val="3"/>
  </w:num>
  <w:num w:numId="7" w16cid:durableId="1614746860">
    <w:abstractNumId w:val="2"/>
  </w:num>
  <w:num w:numId="8" w16cid:durableId="2038583247">
    <w:abstractNumId w:val="1"/>
  </w:num>
  <w:num w:numId="9" w16cid:durableId="957376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48A3"/>
    <w:rsid w:val="00034616"/>
    <w:rsid w:val="0006063C"/>
    <w:rsid w:val="000F075D"/>
    <w:rsid w:val="0015074B"/>
    <w:rsid w:val="001A4727"/>
    <w:rsid w:val="00287554"/>
    <w:rsid w:val="0029639D"/>
    <w:rsid w:val="002D09CB"/>
    <w:rsid w:val="00326F90"/>
    <w:rsid w:val="003C149F"/>
    <w:rsid w:val="003C7580"/>
    <w:rsid w:val="0046771E"/>
    <w:rsid w:val="00742D3C"/>
    <w:rsid w:val="00744A1F"/>
    <w:rsid w:val="008255F7"/>
    <w:rsid w:val="008C08DE"/>
    <w:rsid w:val="00920FCE"/>
    <w:rsid w:val="009D7B94"/>
    <w:rsid w:val="00A96295"/>
    <w:rsid w:val="00AA1D8D"/>
    <w:rsid w:val="00B13417"/>
    <w:rsid w:val="00B47730"/>
    <w:rsid w:val="00C35784"/>
    <w:rsid w:val="00C46803"/>
    <w:rsid w:val="00CA08F0"/>
    <w:rsid w:val="00CB0664"/>
    <w:rsid w:val="00D1103C"/>
    <w:rsid w:val="00EA1C0E"/>
    <w:rsid w:val="00ED12FF"/>
    <w:rsid w:val="00F570E0"/>
    <w:rsid w:val="00FA527B"/>
    <w:rsid w:val="00FB58F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39F7F1C"/>
  <w14:defaultImageDpi w14:val="300"/>
  <w15:docId w15:val="{39C8F4D9-9ADC-4867-85B6-2141E3544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Baiba Uldrike</dc:creator>
  <cp:keywords/>
  <dc:description>generated by python-docx</dc:description>
  <cp:lastModifiedBy>Baiba Uldrike</cp:lastModifiedBy>
  <cp:revision>21</cp:revision>
  <dcterms:created xsi:type="dcterms:W3CDTF">2026-08-07T09:15:00Z</dcterms:created>
  <dcterms:modified xsi:type="dcterms:W3CDTF">2026-09-06T08:04:00Z</dcterms:modified>
  <cp:category/>
</cp:coreProperties>
</file>